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 w:line="276" w:lineRule="auto"/>
        <w:jc w:val="center"/>
      </w:pPr>
      <w:r>
        <w:rPr>
          <w:rFonts w:ascii="B Nazanin" w:hAnsi="B Nazanin" w:eastAsia="B Nazanin"/>
          <w:b/>
          <w:i w:val="0"/>
          <w:color w:val="1F4E79"/>
          <w:sz w:val="32"/>
        </w:rPr>
        <w:t>شانزدهمین کنگره ارتز و پروتز</w:t>
      </w:r>
    </w:p>
    <w:p>
      <w:pPr>
        <w:bidi/>
        <w:spacing w:after="20" w:before="0" w:line="276" w:lineRule="auto"/>
        <w:jc w:val="center"/>
      </w:pPr>
      <w:r>
        <w:rPr>
          <w:rFonts w:ascii="B Nazanin" w:hAnsi="B Nazanin" w:eastAsia="B Nazanin"/>
          <w:b/>
          <w:i w:val="0"/>
          <w:sz w:val="30"/>
        </w:rPr>
        <w:t>دستورالعمل و فرم ارسال چکیده</w:t>
      </w:r>
    </w:p>
    <w:p>
      <w:pPr>
        <w:bidi/>
        <w:spacing w:after="200" w:before="0" w:line="276" w:lineRule="auto"/>
        <w:jc w:val="center"/>
      </w:pPr>
      <w:r>
        <w:rPr>
          <w:rFonts w:ascii="B Nazanin" w:hAnsi="B Nazanin" w:eastAsia="B Nazanin"/>
          <w:b/>
          <w:i w:val="0"/>
          <w:color w:val="1F4E79"/>
          <w:sz w:val="26"/>
        </w:rPr>
        <w:t>بخش «پژوهش در سه دقیقه» (Three Minute Thesis – 3MT)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AF2F8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2"/>
              </w:rPr>
              <w:t>لطفاً پیش از تکمیل فرم، تمام بخش‌های این دستورالعمل را مطالعه کنید. این فایل شامل توضیحات برنامه، شرایط شرکت، ضوابط ارسال، راهنمای تکمیل و فرم استاندارد چکیده است. متقاضیان باید همین فایل را تکمیل و بدون تغییر در ساختار آن، در سامانه کنگره بارگذاری کنند.</w:t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۱. معرفی برنامه و اهداف</w:t>
      </w:r>
    </w:p>
    <w:p>
      <w:pPr>
        <w:bidi/>
        <w:spacing w:after="10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بخش «پژوهش در سه دقیقه» با هدف فراهم‌کردن فرصتی برای معرفی روشن، موجز و اثرگذار پژوهش‌ها و دستاوردهای علمی در حوزه ارتز و پروتز و زمینه‌های مرتبط برگزار می‌شود. شرکت‌کنندگان باید بتوانند مسئله پژوهش، هدف، روش اجرا، مهم‌ترین یافته‌ها و اهمیت کاربردی نتایج را به زبانی قابل‌فهم و در مدت زمانی کوتاه برای مخاطبان توضیح دهند.</w:t>
      </w:r>
    </w:p>
    <w:p>
      <w:pPr>
        <w:bidi/>
        <w:spacing w:after="10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این برنامه علاوه بر معرفی پژوهش‌های برگزیده، با هدف تقویت مهارت‌های ارتباط علمی، خلاصه‌سازی مفاهیم تخصصی و انتقال مؤثر یافته‌های پژوهشی برگزار می‌شود.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۲. شرایط شرکت و ضوابط کلی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موضوع پژوهش باید با حوزه ارتز و پروتز یا زمینه‌های علمی و بالینی مرتبط باشد.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پژوهش می‌تواند برگرفته از پایان‌نامه، رساله، طرح پژوهشی یا سایر فعالیت‌های پژوهشی مرتبط باشد.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اطلاعات ارائه‌شده در چکیده باید دقیق، منطبق با پژوهش انجام‌شده و عاری از هرگونه داده‌سازی یا ادعای تأییدنشده باشد.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متقاضی باید بر محتوای پژوهش تسلط کافی داشته و در صورت پذیرش، شخصاً در جلسه ارائه حضور یابد.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ارسال چکیده به‌تنهایی به معنی پذیرش برای ارائه حضوری نیست و تمامی آثار در مرحله نخست توسط کمیته علمی بررسی خواهند شد.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۳. مراحل ارسال، داوری و پذیرش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متقاضی ابتدا این فایل را از وب‌سایت کنگره دریافت می‌کند.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پس از مطالعه دستورالعمل، بخش‌های مشخص‌شده فرم را تکمیل و فایل را با فرمت Word ذخیره می‌کند.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فایل تکمیل‌شده از طریق بخش مربوط به «پژوهش در سه دقیقه» در سامانه کنگره بارگذاری می‌شود.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چکیده‌های دریافت‌شده توسط کمیته علمی و بر اساس معیارهای علمی و تناسب با اهداف برنامه داوری می‌شوند.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نتیجه داوری و نحوه ادامه فرایند از طریق سامانه یا راه‌های ارتباطی اعلام‌شده توسط دبیرخانه اطلاع‌رسانی خواهد 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افراد پذیرفته‌شده به مرحله ارائه حضوری دعوت می‌شوند.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۴. ضوابط ارائه حضوری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مدت زمان ارائه برای هر شرکت‌کننده حداکثر سه دقیقه است.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ارائه با استفاده از حداکثر یک اسلاید انجام می‌شود.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اسلاید باید به‌گونه‌ای طراحی شود که پیام اصلی پژوهش را به‌صورت ساده، روشن و قابل‌فهم منتقل کند.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قالب، مشخصات فنی و مهلت ارسال اسلاید پس از اعلام نتایج داوری به افراد پذیرفته‌شده اطلاع‌رسانی خواهد 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ارائه‌دهندگان باید از توضیحات طولانی و جزئیات غیرضروری پرهیز کرده و بر پیام اصلی و اهمیت پژوهش تمرکز کنند.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۵. راهنمای تکمیل فرم و مشخصات فایل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تمامی قسمت‌های فرم را در محل‌های مشخص‌شده تکمیل کنید.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متن‌های راهنما و عبارت‌های داخل کروشه [ ] را پس از جایگزینی با اطلاعات خود حذف کنید.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ساختار فرم، ترتیب عنوان‌ها و تنظیمات کلی فایل را تغییر ندهید.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فایل باید در قالب Word با پسوند .docx بارگذاری شود.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حداکثر تعداد کلمات متن چکیده ۳۰۰ کلمه است؛ عنوان، مشخصات نویسندگان و کلیدواژه‌ها در شمارش کلمات چکیده محاسبه نمی‌شوند.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چکیده می‌تواند به زبان فارسی یا انگلیسی تهیه شود.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برای متن فارسی از فونت B Nazanin اندازه ۱۲ و برای متن انگلیسی از فونت Times New Roman اندازه ۱۲ استفاده کنید.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فاصله خطوط متن ۱.۱۵ باشد.</w:t>
      </w:r>
    </w:p>
    <w:p>
      <w:pPr>
        <w:bidi/>
        <w:spacing w:after="6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• نام فایل را با نام و نام خانوادگی ارائه‌دهنده ذخیره کنید؛ برای مثال: Mobina_Khosravi.docx.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FF2CC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نکته: چکیده باید به‌صورت ساختاریافته و در بخش‌های تعیین‌شده در فرم نوشته شود. در صورت نهایی‌نشدن پژوهش، وضعیت فعلی مطالعه و یافته‌های موجود را به‌روشنی بیان کنید و از درج نتایج فرضی خودداری نمایید.</w:t>
            </w:r>
          </w:p>
        </w:tc>
      </w:tr>
    </w:tbl>
    <w:p>
      <w:r>
        <w:br w:type="page"/>
      </w:r>
    </w:p>
    <w:p>
      <w:pPr>
        <w:bidi/>
        <w:spacing w:after="40" w:before="0" w:line="276" w:lineRule="auto"/>
        <w:jc w:val="center"/>
      </w:pPr>
      <w:r>
        <w:rPr>
          <w:rFonts w:ascii="B Nazanin" w:hAnsi="B Nazanin" w:eastAsia="B Nazanin"/>
          <w:b/>
          <w:i w:val="0"/>
          <w:color w:val="1F4E79"/>
          <w:sz w:val="30"/>
        </w:rPr>
        <w:t>فرم استاندارد ارسال چکیده</w:t>
      </w:r>
    </w:p>
    <w:p>
      <w:pPr>
        <w:bidi/>
        <w:spacing w:after="200" w:before="0" w:line="276" w:lineRule="auto"/>
        <w:jc w:val="center"/>
      </w:pPr>
      <w:r>
        <w:rPr>
          <w:rFonts w:ascii="B Nazanin" w:hAnsi="B Nazanin" w:eastAsia="B Nazanin"/>
          <w:b/>
          <w:i w:val="0"/>
          <w:sz w:val="24"/>
        </w:rPr>
        <w:t>بخش «پژوهش در سه دقیقه» – شانزدهمین کنگره ارتز و پروتز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الف) اطلاعات پژوهش و ارائه‌دهنده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[عنوان پژوهش را وارد کنید]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عنوان کامل پژوهش</w:t>
            </w:r>
          </w:p>
        </w:tc>
      </w:tr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[نام و نام خانوادگی]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نام و نام خانوادگی نویسنده اول</w:t>
            </w:r>
          </w:p>
        </w:tc>
      </w:tr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[در صورت وجود؛ نام‌ها را به ترتیب مشارکت درج کنید]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نام و نام خانوادگی سایر نویسندگان</w:t>
            </w:r>
          </w:p>
        </w:tc>
      </w:tr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[نام فردی که در صورت پذیرش ارائه حضوری را انجام می‌دهد]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نام و نام خانوادگی ارائه‌دهنده</w:t>
            </w:r>
          </w:p>
        </w:tc>
      </w:tr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[دانشگاه، دانشکده، مرکز یا مؤسسه؛ وابستگی هر نویسنده را مشخص کنید]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وابستگی سازمانی نویسنده/نویسندگان</w:t>
            </w:r>
          </w:p>
        </w:tc>
      </w:tr>
      <w:tr>
        <w:tc>
          <w:tcPr>
            <w:tcW w:type="dxa" w:w="4986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sz w:val="21"/>
              </w:rPr>
              <w:t>[نشانی ایمیل فعال]</w:t>
            </w:r>
          </w:p>
        </w:tc>
        <w:tc>
          <w:tcPr>
            <w:tcW w:type="dxa" w:w="4986"/>
            <w:vAlign w:val="center"/>
            <w:shd w:fill="D9EAF7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/>
                <w:color w:val="1F4E79"/>
                <w:sz w:val="21"/>
              </w:rPr>
              <w:t>ایمیل نویسنده مسئول</w:t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ب) متن چکیده (حداکثر ۳۰۰ کلمه)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۱. مقدمه و بیان مسئله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color w:val="666666"/>
                <w:sz w:val="21"/>
              </w:rPr>
              <w:t>[در چند جمله، مسئله اصلی پژوهش، ضرورت انجام آن و اهمیت موضوع را توضیح دهید.]</w:t>
              <w:br/>
              <w:br/>
              <w:br/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۲. هدف پژوهش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color w:val="666666"/>
                <w:sz w:val="21"/>
              </w:rPr>
              <w:t>[هدف اصلی یا سؤال پژوهش را به‌صورت روشن و دقیق بیان کنید.]</w:t>
              <w:br/>
              <w:br/>
              <w:br/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۳. روش‌شناسی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color w:val="666666"/>
                <w:sz w:val="21"/>
              </w:rPr>
              <w:t>[نوع مطالعه، جامعه و نمونه، روش نمونه‌گیری، ابزارها یا روش جمع‌آوری داده‌ها و روش تحلیل را به‌اختصار توضیح دهید.]</w:t>
              <w:br/>
              <w:br/>
              <w:br/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۴. یافته‌های اصلی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color w:val="666666"/>
                <w:sz w:val="21"/>
              </w:rPr>
              <w:t>[مهم‌ترین یافته‌ها و نتایج پژوهش را بیان کنید. در صورت امکان، نتایج کمی و شاخص‌های اصلی را ذکر کنید.]</w:t>
              <w:br/>
              <w:br/>
              <w:br/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۵. نتیجه‌گیری و پیام کاربردی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</w:tcPr>
          <w:p>
            <w:pPr>
              <w:bidi/>
              <w:spacing w:after="40" w:line="264" w:lineRule="auto"/>
              <w:jc w:val="right"/>
            </w:pPr>
            <w:r/>
            <w:r>
              <w:rPr>
                <w:rFonts w:ascii="B Nazanin" w:hAnsi="B Nazanin" w:eastAsia="B Nazanin"/>
                <w:b w:val="0"/>
                <w:color w:val="666666"/>
                <w:sz w:val="21"/>
              </w:rPr>
              <w:t>[نتیجه اصلی پژوهش و اهمیت یا کاربرد آن در حوزه ارتز و پروتز یا زمینه مرتبط را بیان کنید.]</w:t>
              <w:br/>
              <w:br/>
              <w:br/>
            </w:r>
          </w:p>
        </w:tc>
      </w:tr>
    </w:tbl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ج) کلیدواژه‌ها</w:t>
      </w:r>
    </w:p>
    <w:p>
      <w:pPr>
        <w:bidi/>
        <w:spacing w:after="10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[۳ تا ۵ کلیدواژه مرتبط با موضوع پژوهش را وارد کنید.]</w:t>
      </w:r>
    </w:p>
    <w:p>
      <w:pPr>
        <w:bidi/>
        <w:spacing w:after="100" w:before="120" w:line="276" w:lineRule="auto"/>
        <w:jc w:val="right"/>
      </w:pPr>
      <w:r>
        <w:rPr>
          <w:rFonts w:ascii="B Nazanin" w:hAnsi="B Nazanin" w:eastAsia="B Nazanin"/>
          <w:b/>
          <w:i w:val="0"/>
          <w:sz w:val="21"/>
        </w:rPr>
        <w:t>تعداد کلمات متن چکیده (بدون عنوان، مشخصات نویسندگان و کلیدواژه‌ها): [........] کلمه</w:t>
      </w:r>
    </w:p>
    <w:p>
      <w:pPr>
        <w:bidi/>
        <w:spacing w:before="200" w:after="80"/>
        <w:jc w:val="right"/>
      </w:pPr>
      <w:r>
        <w:rPr>
          <w:rFonts w:ascii="B Nazanin" w:hAnsi="B Nazanin" w:eastAsia="B Nazanin"/>
          <w:b/>
          <w:color w:val="1F4E79"/>
          <w:sz w:val="26"/>
        </w:rPr>
        <w:t>د) تأیید نهایی متقاضی</w:t>
      </w:r>
    </w:p>
    <w:p>
      <w:pPr>
        <w:bidi/>
        <w:spacing w:after="10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اینجانب تأیید می‌کنم اطلاعات درج‌شده در این فرم صحیح بوده و چکیده ارسالی مطابق دستورالعمل بخش «پژوهش در سه دقیقه» تهیه شده است.</w:t>
      </w:r>
    </w:p>
    <w:p>
      <w:pPr>
        <w:bidi/>
        <w:spacing w:after="100" w:before="0" w:line="276" w:lineRule="auto"/>
        <w:jc w:val="right"/>
      </w:pPr>
      <w:r>
        <w:rPr>
          <w:rFonts w:ascii="B Nazanin" w:hAnsi="B Nazanin" w:eastAsia="B Nazanin"/>
          <w:b w:val="0"/>
          <w:i w:val="0"/>
          <w:sz w:val="24"/>
        </w:rPr>
        <w:t>نام و نام خانوادگی ارائه‌دهنده: [................................................]    تاریخ: [....................]</w:t>
      </w:r>
    </w:p>
    <w:p>
      <w:pPr>
        <w:bidi/>
        <w:spacing w:after="100" w:before="200" w:line="276" w:lineRule="auto"/>
        <w:jc w:val="center"/>
      </w:pPr>
      <w:r>
        <w:rPr>
          <w:rFonts w:ascii="B Nazanin" w:hAnsi="B Nazanin" w:eastAsia="B Nazanin"/>
          <w:b/>
          <w:i w:val="0"/>
          <w:color w:val="1F4E79"/>
          <w:sz w:val="21"/>
        </w:rPr>
        <w:t>پایان فرم – لطفاً پس از تکمیل، فایل را با فرمت .docx در سامانه کنگره بارگذاری نمایید.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 Nazanin" w:hAnsi="B Nazanin" w:eastAsia="B Nazanin"/>
        <w:color w:val="666666"/>
        <w:sz w:val="18"/>
      </w:rPr>
      <w:t>شانزدهمین کنگره ارتز و پروتز | پژوهش در سه دقیقه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Nazanin" w:hAnsi="B Nazanin" w:eastAsia="B Nazani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